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rFonts w:ascii="Arial" w:hAnsi="Arial"/>
          <w:b w:val="0"/>
          <w:color w:val="000000"/>
          <w:sz w:val="22"/>
        </w:rPr>
        <w:t>Оператору интернет-магазина WILS Manufactory</w:t>
        <w:br/>
      </w:r>
      <w:r>
        <w:rPr>
          <w:rFonts w:ascii="Arial" w:hAnsi="Arial"/>
          <w:b w:val="0"/>
          <w:color w:val="000000"/>
          <w:sz w:val="22"/>
        </w:rPr>
        <w:t>Наумову Илье Вячеславовичу</w:t>
        <w:br/>
      </w:r>
      <w:r>
        <w:rPr>
          <w:rFonts w:ascii="Arial" w:hAnsi="Arial"/>
          <w:b w:val="0"/>
          <w:color w:val="000000"/>
          <w:sz w:val="22"/>
        </w:rPr>
        <w:t>email: info@wils.su</w:t>
      </w:r>
    </w:p>
    <w:p>
      <w:pPr>
        <w:pStyle w:val="Title"/>
        <w:spacing w:after="320"/>
        <w:jc w:val="center"/>
      </w:pPr>
      <w:r>
        <w:rPr>
          <w:rFonts w:ascii="Arial" w:hAnsi="Arial"/>
          <w:b/>
          <w:color w:val="000000"/>
          <w:sz w:val="32"/>
        </w:rPr>
        <w:t>Заявление на возврат товара</w:t>
      </w:r>
    </w:p>
    <w:p>
      <w:pPr>
        <w:spacing w:after="240"/>
      </w:pPr>
      <w:r>
        <w:rPr>
          <w:rFonts w:ascii="Arial" w:hAnsi="Arial"/>
          <w:b w:val="0"/>
          <w:color w:val="000000"/>
          <w:sz w:val="20"/>
        </w:rPr>
        <w:t>Заполните заявление, приложите обязательные фотографии товара и упаковки. При наличии можно приложить видео. Направьте заявление на info@wils.su.</w:t>
      </w:r>
    </w:p>
    <w:p>
      <w:pPr>
        <w:pStyle w:val="Heading1"/>
        <w:spacing w:before="120" w:after="140"/>
      </w:pPr>
      <w:r>
        <w:rPr>
          <w:rFonts w:ascii="Arial" w:hAnsi="Arial"/>
          <w:b/>
          <w:color w:val="000000"/>
          <w:sz w:val="24"/>
        </w:rPr>
        <w:t>Сведения о покупателе</w:t>
      </w:r>
    </w:p>
    <w:p>
      <w:pPr>
        <w:spacing w:after="120"/>
      </w:pPr>
      <w:r>
        <w:rPr>
          <w:rFonts w:ascii="Arial" w:hAnsi="Arial"/>
          <w:b w:val="0"/>
          <w:color w:val="000000"/>
          <w:sz w:val="22"/>
        </w:rPr>
        <w:t>Фамилия, имя, отчество:</w:t>
      </w:r>
      <w:r>
        <w:rPr>
          <w:rFonts w:ascii="Arial" w:hAnsi="Arial"/>
          <w:b w:val="0"/>
          <w:color w:val="000000"/>
          <w:sz w:val="22"/>
        </w:rPr>
        <w:t xml:space="preserve"> 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color w:val="000000"/>
          <w:sz w:val="22"/>
        </w:rPr>
        <w:t>Email, указанный при заказе:</w:t>
      </w:r>
      <w:r>
        <w:rPr>
          <w:rFonts w:ascii="Arial" w:hAnsi="Arial"/>
          <w:b w:val="0"/>
          <w:color w:val="000000"/>
          <w:sz w:val="22"/>
        </w:rPr>
        <w:t xml:space="preserve"> 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color w:val="000000"/>
          <w:sz w:val="22"/>
        </w:rPr>
        <w:t>Телефон для связи:</w:t>
      </w:r>
      <w:r>
        <w:rPr>
          <w:rFonts w:ascii="Arial" w:hAnsi="Arial"/>
          <w:b w:val="0"/>
          <w:color w:val="000000"/>
          <w:sz w:val="22"/>
        </w:rPr>
        <w:t xml:space="preserve"> ______________________________________________________</w:t>
      </w:r>
    </w:p>
    <w:p>
      <w:pPr>
        <w:pStyle w:val="Heading1"/>
        <w:spacing w:before="140" w:after="140"/>
      </w:pPr>
      <w:r>
        <w:rPr>
          <w:rFonts w:ascii="Arial" w:hAnsi="Arial"/>
          <w:b/>
          <w:color w:val="000000"/>
          <w:sz w:val="24"/>
        </w:rPr>
        <w:t>Сведения о заказе и товаре</w:t>
      </w:r>
    </w:p>
    <w:p>
      <w:pPr>
        <w:spacing w:after="120"/>
      </w:pPr>
      <w:r>
        <w:rPr>
          <w:rFonts w:ascii="Arial" w:hAnsi="Arial"/>
          <w:b w:val="0"/>
          <w:color w:val="000000"/>
          <w:sz w:val="22"/>
        </w:rPr>
        <w:t>Номер заказа:</w:t>
      </w:r>
      <w:r>
        <w:rPr>
          <w:rFonts w:ascii="Arial" w:hAnsi="Arial"/>
          <w:b w:val="0"/>
          <w:color w:val="000000"/>
          <w:sz w:val="22"/>
        </w:rPr>
        <w:t xml:space="preserve"> ____________________________</w:t>
      </w:r>
      <w:r>
        <w:rPr>
          <w:rFonts w:ascii="Arial" w:hAnsi="Arial"/>
          <w:b w:val="0"/>
          <w:color w:val="000000"/>
          <w:sz w:val="22"/>
        </w:rPr>
        <w:t xml:space="preserve">   Дата получения:</w:t>
      </w:r>
      <w:r>
        <w:rPr>
          <w:rFonts w:ascii="Arial" w:hAnsi="Arial"/>
          <w:b w:val="0"/>
          <w:color w:val="000000"/>
          <w:sz w:val="22"/>
        </w:rPr>
        <w:t xml:space="preserve">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EDEF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Наименование товара</w:t>
            </w:r>
          </w:p>
        </w:tc>
        <w:tc>
          <w:tcPr>
            <w:tcW w:type="dxa" w:w="2493"/>
            <w:vAlign w:val="center"/>
            <w:shd w:fill="EDEF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Артикул</w:t>
            </w:r>
          </w:p>
        </w:tc>
        <w:tc>
          <w:tcPr>
            <w:tcW w:type="dxa" w:w="2493"/>
            <w:vAlign w:val="center"/>
            <w:shd w:fill="EDEF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Количество</w:t>
            </w:r>
          </w:p>
        </w:tc>
        <w:tc>
          <w:tcPr>
            <w:tcW w:type="dxa" w:w="2493"/>
            <w:vAlign w:val="center"/>
            <w:shd w:fill="EDEF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Причина возврата</w:t>
            </w:r>
          </w:p>
        </w:tc>
      </w:tr>
      <w:tr>
        <w:tc>
          <w:tcPr>
            <w:tcW w:type="dxa" w:w="249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440"/>
            </w:pPr>
            <w:r>
              <w:rPr>
                <w:rFonts w:ascii="Arial" w:hAnsi="Arial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249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440"/>
            </w:pPr>
            <w:r>
              <w:rPr>
                <w:rFonts w:ascii="Arial" w:hAnsi="Arial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249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440"/>
            </w:pPr>
            <w:r>
              <w:rPr>
                <w:rFonts w:ascii="Arial" w:hAnsi="Arial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2493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440"/>
            </w:pPr>
            <w:r>
              <w:rPr>
                <w:rFonts w:ascii="Arial" w:hAnsi="Arial"/>
                <w:b w:val="0"/>
                <w:color w:val="000000"/>
                <w:sz w:val="20"/>
              </w:rPr>
              <w:t xml:space="preserve"> </w:t>
            </w:r>
          </w:p>
        </w:tc>
      </w:tr>
    </w:tbl>
    <w:p>
      <w:pPr>
        <w:spacing w:before="240" w:after="140"/>
      </w:pPr>
      <w:r>
        <w:rPr>
          <w:rFonts w:ascii="Arial" w:hAnsi="Arial"/>
          <w:b w:val="0"/>
          <w:color w:val="000000"/>
          <w:sz w:val="22"/>
        </w:rPr>
        <w:t>Прошу принять возвращаемый товар и вернуть денежные средства на то же электронное средство платежа, с которого была произведена оплата.</w:t>
      </w:r>
    </w:p>
    <w:p>
      <w:pPr>
        <w:spacing w:after="200"/>
      </w:pPr>
      <w:r>
        <w:rPr>
          <w:rFonts w:ascii="Arial" w:hAnsi="Arial"/>
          <w:b w:val="0"/>
          <w:color w:val="000000"/>
          <w:sz w:val="22"/>
        </w:rPr>
        <w:t>Если возврат этим способом невозможен, прошу согласовать иной способ возврата денежных средств отдельным дополнительным соглашением в письменной форме.</w:t>
      </w:r>
    </w:p>
    <w:p>
      <w:pPr>
        <w:pStyle w:val="Heading1"/>
        <w:spacing w:before="140" w:after="100"/>
      </w:pPr>
      <w:r>
        <w:rPr>
          <w:rFonts w:ascii="Arial" w:hAnsi="Arial"/>
          <w:b/>
          <w:color w:val="000000"/>
          <w:sz w:val="24"/>
        </w:rPr>
        <w:t>Приложения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0"/>
        </w:rPr>
        <w:t>[ ] Фотографии товара, упаковки и маркировки — обязательно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0"/>
        </w:rPr>
        <w:t>[ ] Видео товара или распаковки — при наличии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0"/>
        </w:rPr>
        <w:t>[ ] Иные документы или материалы: ________________________________</w:t>
      </w:r>
    </w:p>
    <w:p>
      <w:pPr>
        <w:spacing w:before="300" w:after="0"/>
      </w:pPr>
      <w:r>
        <w:rPr>
          <w:rFonts w:ascii="Arial" w:hAnsi="Arial"/>
          <w:b w:val="0"/>
          <w:color w:val="000000"/>
          <w:sz w:val="22"/>
        </w:rPr>
        <w:t xml:space="preserve">Дата: </w:t>
      </w:r>
      <w:r>
        <w:rPr>
          <w:rFonts w:ascii="Arial" w:hAnsi="Arial"/>
          <w:b w:val="0"/>
          <w:color w:val="000000"/>
          <w:sz w:val="22"/>
        </w:rPr>
        <w:t>________________</w:t>
      </w:r>
      <w:r>
        <w:rPr>
          <w:rFonts w:ascii="Arial" w:hAnsi="Arial"/>
          <w:b w:val="0"/>
          <w:color w:val="000000"/>
          <w:sz w:val="22"/>
        </w:rPr>
        <w:t xml:space="preserve">     Подпись: </w:t>
      </w:r>
      <w:r>
        <w:rPr>
          <w:rFonts w:ascii="Arial" w:hAnsi="Arial"/>
          <w:b w:val="0"/>
          <w:color w:val="000000"/>
          <w:sz w:val="22"/>
        </w:rPr>
        <w:t>____________________________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 WILS</dc:title>
  <dc:subject/>
  <dc:creator>WILS Manufactory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